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סיבות שונות לבחירת 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כינוי ומתי הוא נעים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כבוד לשמות של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לזכור אותו ולהמשיך את הסיפור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הם שמות של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כי השם הוא חלק מהזהות וצריך לכבד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לחקור, לשאול או להמציא מה השם אומר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שהשם שלה הוא גם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על שם קרוב משפחה, משמעות, חג או משאלה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כינוי יכול להיות חם ונעים כשהוא ניתן באהבה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מספר שלשמות יש סיבות שונות - משפחה, משמעות, חג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בשאלה הפתוחה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לכבד שמות מכל שפה ולבטא אותם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גם שמות לפי משמעות, חג, מקום או משאלה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המציא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שם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(קרוב משפחה שרוצים לזכור)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(מילה עם פירוש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(קשור לתאריך או לחג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(מבטא רצון או 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(שם קצר וחם במקום השם המלא)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כינוי הוא שם קצר שקוראים בו לאדם במקום שמו המלא, הוא נעים כשהוא ניתן באהבה ומכבד את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מקבלים אותו מיד עם הלידה והוא מלווה את האדם לאורך כל חייו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לומדים לבטא אותו נכון ולא ללעוג לו, כי גם הוא חלק מהזהות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הסיפור שמאחורי השם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פסקה הכוללת סיבה לשם (משפחה, משמעות, חג, משאלה) או רעיון יצירתי אם אין סיפור ידוע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כינוי - שם קצר וחם במקום השם המלא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דוגמה: חיים, שלום, או תשובה דומה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השם הוא חלק מהזהות ולכן יש לכבד אותו ולבטא אותו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בכך שכל תלמיד משתף בקצרה את הסיפור של שמו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שאין להם סיפור ידוע להמציא משמעות יצירתית לשמם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כבוד הדדי כשדנים בשמות משפות שונות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ולכל ילדה יש שם, ולרוב יש סיפור שמסתתר מאחוריו - שם של קרוב משפחה, משמעות מיוחדת, חג או משאלה. בדף הזה נתרגל להבין את הסיפורים שמאחורי שמות.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משפחות נותנות שם על שם מישהו?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שמות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לזכור אותו ולהמשיך את הסיפור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קצר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המשותף לשמות חיים ושלום?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שמות של משאלה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שמות של 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שמות של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שמות של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לבטא שם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לקבל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השם הוא חלק מהזהות וצריך לכבד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המורה דורשת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מציע הטקסט לילד שאין סיפור מאחורי השם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להחליף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לחקור, לשאול או להמציא מה השם אומר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לעשות את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להעתיק 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גילתה טל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שהשם שלה הוא גם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 לה כינוי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נולדה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קרויה על שם סבתה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אחת הדרכים שבהן אפשר לבחור שם לילד?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לפי צליל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שם קרוב משפחה, משמעות, חג או משאלה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לפי אורך השם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לפי שם של 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תמיד פוגע ולא נעים לשמוע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לשם שאדם מקבל יש לפעמים סיפור מיוחד מאחוריו.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אומר שהשם הוא אחת המתנות הראשונות שמקבלים.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שם של חבר מגיע משפה אחרת, מותר ללעוג 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שם חייב להיות על שם קרוב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שניתן לזכר קרוב משפחה נקרא שם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קצר וחם שקוראים בו למישהו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חיים ושלום הם דוגמה לשמות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השם הוא חלק מה__________ של האדם ולכן צריך לכבד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אין סיפור מאחורי השם אפשר לחקור, לשאול או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שם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על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עם פירוש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לפי 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קצר וחם במקום השם המלא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שם לפי 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קרוב משפחה שרוצים לזכור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שם לפי משאלה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קשור לתאריך או לחג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מבטא רצון או תקווה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מהו כינוי ומתי הוא נעים.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הטקסט אומר שהשם הוא אחת המתנות הראשונות שמקבלים?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מכבדים שם של חבר שמגיע משפה אחרת?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הסיפור שמאחורי השם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מה הסיפור מאחורי השם שלכם? אם אין סיפור, תארו איך הייתם רוצים שהשם שלכם יתפרש.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כינוי?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שניתן לפי משאלה.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לכבד את השם של כל אדם?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מסתתר בשם שלי? – שמות ומשמעותם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