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כינוי ומתי הוא נעים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לזכור אותו ולהמשיך את 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שמות של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 השם הוא חלק מהזהות וצריך לכבד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לחקור, לשאול או להמציא מה השם אומר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שלה 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שם קרוב משפחה, משמעות, חג או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כינוי יכול להיות חם ונעים כשהוא ניתן באהבה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שלשמות יש סיבות שונות - משפחה, משמעות, חג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בשאלה הפתוחה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לכבד שמות מכל שפה ולבטא אותם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שמות לפי משמעות, חג, מקום או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שם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(קרוב משפחה שרוצים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עם פירוש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(קשור לתאריך או לחג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(מבטא רצון או 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קצר וחם במקום השם המלא)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כינוי הוא שם קצר שקוראים בו לאדם במקום שמו המלא, הוא נעים כשהוא ניתן באהבה ומכבד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מקבלים אותו מיד עם הלידה והוא מלווה את האדם לאורך כל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 לבטא אותו נכון ולא ללעוג לו, כי גם הוא חלק מהזהות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שמאחורי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פסקה הכוללת סיבה לשם (משפחה, משמעות, חג, משאלה) או רעיון יצירתי אם אין סיפור 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- שם קצר וחם במקום השם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חיים, שלום, או תשובה דומה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ולכן יש לכבד אותו ולבטא אותו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תלמיד משתף בקצרה את הסיפור של שמו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ידוע להמציא משמעות יצירתית לשמם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כבוד הדדי כשדנים בשמות משפות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שם. לשם יש סיפור. נלמד למה בוחרים שמות ואיך מכבדים שמות.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על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לילד כמו קרוב משפחה כדי לזכור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או הרעיון שמאחורי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קצר וחם שקוראים למישהו במקום השם המלא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שאני - מה שמייחד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או השפה שממנה הגיע דבר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לכבד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לבטא שם נכון ולא ללעוג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לילד כמו קרוב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לזכור אותו ולהמשיך את 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חיים ושלום - איזה סוג שמות 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שמות של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שמות של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שמות של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שמות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להגיד שם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השם הוא חלק מהזהות וצריך לכבד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דורשת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אין סיפור על השם?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לחקור, לשאול או להמציא מה השם אומר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לעשות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טל גילתה על השם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שלה 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לה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נולדה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קרויה על שם סבתה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בוחרים שם לילד?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לפי צליל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קרוב משפחה, משמעות, חג או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לפי אורך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לפי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תמיד פוגע ולא נעים לשמוע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שאדם מקבל יש לפעמים סיפור מיוחד מאחוריו.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אומר שהשם הוא אחת המתנות הראשונות שמקבלים.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של חבר מגיע משפה אחרת, מותר ללעוג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חייב להיות על שם קרוב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שניתן לזכר קרוב משפחה נקרא 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קצר וחם שקוראים בו למישהו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חיים ושלום הם דוגמה לשמות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הוא חלק מה__________ של האדם ולכן צריך לכבד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סיפור מאחורי השם אפשר לחקור, לשאול או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שם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מבטא רצון או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לפי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קצר וחם במקום השם המלא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לפי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קרוב משפחה שרוצים לזכור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לפי 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קשור לתאריך או לחג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עם פירוש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כינוי ומתי הוא נעים.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הטקסט אומר שהשם הוא אחת המתנות הראשונות שמקבלים?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מכבדים שם של חבר שמגיע משפה אחרת?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הסיפור שמאחורי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הסיפור מאחורי השם שלכם? אם אין סיפור, תארו איך הייתם רוצים שהשם שלכם יתפרש.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כינוי?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שניתן לפי משאלה.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לכבד את השם של כל 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